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E98729" w14:textId="3DFB5764" w:rsidR="00DF671A" w:rsidRPr="00AE5143" w:rsidRDefault="00000000">
      <w:pPr>
        <w:spacing w:after="80"/>
        <w:rPr>
          <w:rFonts w:cs="Times New Roman"/>
          <w:sz w:val="24"/>
          <w:szCs w:val="24"/>
        </w:rPr>
      </w:pPr>
      <w:r w:rsidRPr="003176C7">
        <w:rPr>
          <w:rFonts w:cs="Times New Roman"/>
          <w:sz w:val="24"/>
          <w:szCs w:val="24"/>
        </w:rPr>
        <w:t>DOI: [</w:t>
      </w:r>
      <w:r w:rsidR="003176C7" w:rsidRPr="003176C7">
        <w:rPr>
          <w:rFonts w:cs="Times New Roman"/>
          <w:sz w:val="24"/>
          <w:szCs w:val="24"/>
        </w:rPr>
        <w:t>to be assigned by the Editorial Office after publication</w:t>
      </w:r>
      <w:r w:rsidRPr="003176C7">
        <w:rPr>
          <w:rFonts w:cs="Times New Roman"/>
          <w:sz w:val="24"/>
          <w:szCs w:val="24"/>
        </w:rPr>
        <w:t>]</w:t>
      </w:r>
    </w:p>
    <w:p w14:paraId="2A588A05" w14:textId="77777777" w:rsidR="003176C7" w:rsidRPr="00AE5143" w:rsidRDefault="003176C7">
      <w:pPr>
        <w:spacing w:after="80"/>
        <w:rPr>
          <w:rFonts w:cs="Times New Roman"/>
          <w:sz w:val="24"/>
          <w:szCs w:val="24"/>
        </w:rPr>
      </w:pPr>
    </w:p>
    <w:p w14:paraId="67F3059C" w14:textId="77777777" w:rsidR="00DF671A" w:rsidRPr="003176C7" w:rsidRDefault="00000000">
      <w:pPr>
        <w:spacing w:before="40"/>
        <w:jc w:val="center"/>
        <w:rPr>
          <w:rFonts w:cs="Times New Roman"/>
          <w:sz w:val="24"/>
          <w:szCs w:val="24"/>
        </w:rPr>
      </w:pPr>
      <w:r w:rsidRPr="003176C7">
        <w:rPr>
          <w:rFonts w:cs="Times New Roman"/>
          <w:sz w:val="24"/>
          <w:szCs w:val="24"/>
          <w:vertAlign w:val="superscript"/>
        </w:rPr>
        <w:t>1</w:t>
      </w:r>
      <w:r w:rsidRPr="003176C7">
        <w:rPr>
          <w:rFonts w:cs="Times New Roman"/>
          <w:sz w:val="24"/>
          <w:szCs w:val="24"/>
        </w:rPr>
        <w:t xml:space="preserve">Author One, </w:t>
      </w:r>
      <w:r w:rsidRPr="003176C7">
        <w:rPr>
          <w:rFonts w:cs="Times New Roman"/>
          <w:sz w:val="24"/>
          <w:szCs w:val="24"/>
          <w:vertAlign w:val="superscript"/>
        </w:rPr>
        <w:t>1</w:t>
      </w:r>
      <w:r w:rsidRPr="003176C7">
        <w:rPr>
          <w:rFonts w:cs="Times New Roman"/>
          <w:sz w:val="24"/>
          <w:szCs w:val="24"/>
        </w:rPr>
        <w:t xml:space="preserve">Author Two, </w:t>
      </w:r>
      <w:r w:rsidRPr="003176C7">
        <w:rPr>
          <w:rFonts w:cs="Times New Roman"/>
          <w:sz w:val="24"/>
          <w:szCs w:val="24"/>
          <w:vertAlign w:val="superscript"/>
        </w:rPr>
        <w:t>2</w:t>
      </w:r>
      <w:r w:rsidRPr="003176C7">
        <w:rPr>
          <w:rFonts w:cs="Times New Roman"/>
          <w:sz w:val="24"/>
          <w:szCs w:val="24"/>
        </w:rPr>
        <w:t>Author Three</w:t>
      </w:r>
    </w:p>
    <w:p w14:paraId="712B2A14" w14:textId="77777777" w:rsidR="00DF671A" w:rsidRPr="003176C7" w:rsidRDefault="00000000">
      <w:pPr>
        <w:spacing w:after="160"/>
        <w:jc w:val="center"/>
        <w:rPr>
          <w:rFonts w:cs="Times New Roman"/>
          <w:sz w:val="24"/>
          <w:szCs w:val="24"/>
        </w:rPr>
      </w:pPr>
      <w:r w:rsidRPr="003176C7">
        <w:rPr>
          <w:rFonts w:cs="Times New Roman"/>
          <w:sz w:val="24"/>
          <w:szCs w:val="24"/>
          <w:vertAlign w:val="superscript"/>
        </w:rPr>
        <w:t>1</w:t>
      </w:r>
      <w:r w:rsidRPr="003176C7">
        <w:rPr>
          <w:rFonts w:cs="Times New Roman"/>
          <w:sz w:val="24"/>
          <w:szCs w:val="24"/>
        </w:rPr>
        <w:t>Institution Name, City, Country</w:t>
      </w:r>
      <w:r w:rsidRPr="003176C7">
        <w:rPr>
          <w:rFonts w:cs="Times New Roman"/>
          <w:sz w:val="24"/>
          <w:szCs w:val="24"/>
        </w:rPr>
        <w:br/>
      </w:r>
      <w:r w:rsidRPr="003176C7">
        <w:rPr>
          <w:rFonts w:cs="Times New Roman"/>
          <w:sz w:val="24"/>
          <w:szCs w:val="24"/>
          <w:vertAlign w:val="superscript"/>
        </w:rPr>
        <w:t>2</w:t>
      </w:r>
      <w:r w:rsidRPr="003176C7">
        <w:rPr>
          <w:rFonts w:cs="Times New Roman"/>
          <w:sz w:val="24"/>
          <w:szCs w:val="24"/>
        </w:rPr>
        <w:t>Institution Name, City, Country</w:t>
      </w:r>
    </w:p>
    <w:p w14:paraId="1FFA3D80" w14:textId="77777777" w:rsidR="00DF671A" w:rsidRPr="003176C7" w:rsidRDefault="00000000">
      <w:pPr>
        <w:spacing w:after="160"/>
        <w:jc w:val="center"/>
        <w:rPr>
          <w:rFonts w:cs="Times New Roman"/>
          <w:sz w:val="24"/>
          <w:szCs w:val="24"/>
        </w:rPr>
      </w:pPr>
      <w:r w:rsidRPr="003176C7">
        <w:rPr>
          <w:rFonts w:cs="Times New Roman"/>
          <w:b/>
          <w:sz w:val="24"/>
          <w:szCs w:val="24"/>
        </w:rPr>
        <w:t>[FULL ARTICLE TITLE IN UPPERCASE]</w:t>
      </w:r>
    </w:p>
    <w:p w14:paraId="5E161145" w14:textId="53F62222" w:rsidR="00DF671A" w:rsidRPr="003176C7" w:rsidRDefault="00000000">
      <w:pPr>
        <w:spacing w:after="80"/>
        <w:jc w:val="both"/>
        <w:rPr>
          <w:rFonts w:cs="Times New Roman"/>
          <w:sz w:val="24"/>
          <w:szCs w:val="24"/>
        </w:rPr>
      </w:pPr>
      <w:r w:rsidRPr="003176C7">
        <w:rPr>
          <w:rFonts w:cs="Times New Roman"/>
          <w:b/>
          <w:sz w:val="24"/>
          <w:szCs w:val="24"/>
        </w:rPr>
        <w:t>Abstract</w:t>
      </w:r>
      <w:r w:rsidR="003176C7" w:rsidRPr="003176C7">
        <w:rPr>
          <w:rFonts w:cs="Times New Roman"/>
          <w:b/>
          <w:sz w:val="24"/>
          <w:szCs w:val="24"/>
        </w:rPr>
        <w:t>.</w:t>
      </w:r>
      <w:r w:rsidRPr="003176C7">
        <w:rPr>
          <w:rFonts w:cs="Times New Roman"/>
          <w:b/>
          <w:sz w:val="24"/>
          <w:szCs w:val="24"/>
        </w:rPr>
        <w:t xml:space="preserve"> </w:t>
      </w:r>
      <w:r w:rsidRPr="003176C7">
        <w:rPr>
          <w:rFonts w:cs="Times New Roman"/>
          <w:sz w:val="24"/>
          <w:szCs w:val="24"/>
        </w:rPr>
        <w:t>[Write 100-150 words. Briefly state the purpose of the study, methods, main findings, and conclusion or implications. Avoid citations, unexplained abbreviations, and excessive background.]</w:t>
      </w:r>
    </w:p>
    <w:p w14:paraId="0FA15FA2" w14:textId="77777777" w:rsidR="00DF671A" w:rsidRPr="003176C7" w:rsidRDefault="00000000">
      <w:pPr>
        <w:spacing w:after="80"/>
        <w:jc w:val="both"/>
        <w:rPr>
          <w:rFonts w:cs="Times New Roman"/>
          <w:sz w:val="24"/>
          <w:szCs w:val="24"/>
        </w:rPr>
      </w:pPr>
      <w:r w:rsidRPr="003176C7">
        <w:rPr>
          <w:rFonts w:cs="Times New Roman"/>
          <w:b/>
          <w:sz w:val="24"/>
          <w:szCs w:val="24"/>
        </w:rPr>
        <w:t xml:space="preserve">Keywords: </w:t>
      </w:r>
      <w:r w:rsidRPr="003176C7">
        <w:rPr>
          <w:rFonts w:cs="Times New Roman"/>
          <w:sz w:val="24"/>
          <w:szCs w:val="24"/>
        </w:rPr>
        <w:t>[keyword 1, keyword 2, keyword 3, keyword 4, keyword 5].</w:t>
      </w:r>
    </w:p>
    <w:p w14:paraId="3E471384" w14:textId="77777777" w:rsidR="00DF671A" w:rsidRPr="003176C7" w:rsidRDefault="00000000">
      <w:pPr>
        <w:spacing w:before="200" w:after="80"/>
        <w:rPr>
          <w:rFonts w:cs="Times New Roman"/>
          <w:sz w:val="24"/>
          <w:szCs w:val="24"/>
        </w:rPr>
      </w:pPr>
      <w:r w:rsidRPr="003176C7">
        <w:rPr>
          <w:rFonts w:cs="Times New Roman"/>
          <w:b/>
          <w:sz w:val="24"/>
          <w:szCs w:val="24"/>
        </w:rPr>
        <w:t>Introduction</w:t>
      </w:r>
    </w:p>
    <w:p w14:paraId="47C485CB" w14:textId="77777777" w:rsidR="00DF671A" w:rsidRPr="003176C7" w:rsidRDefault="00000000">
      <w:pPr>
        <w:ind w:firstLine="357"/>
        <w:jc w:val="both"/>
        <w:rPr>
          <w:rFonts w:cs="Times New Roman"/>
          <w:sz w:val="24"/>
          <w:szCs w:val="24"/>
        </w:rPr>
      </w:pPr>
      <w:r w:rsidRPr="003176C7">
        <w:rPr>
          <w:rFonts w:cs="Times New Roman"/>
          <w:sz w:val="24"/>
          <w:szCs w:val="24"/>
        </w:rPr>
        <w:t xml:space="preserve">[Explain the research problem, context and relevance of the topic. Present the gap in </w:t>
      </w:r>
      <w:proofErr w:type="gramStart"/>
      <w:r w:rsidRPr="003176C7">
        <w:rPr>
          <w:rFonts w:cs="Times New Roman"/>
          <w:sz w:val="24"/>
          <w:szCs w:val="24"/>
        </w:rPr>
        <w:t>the literature</w:t>
      </w:r>
      <w:proofErr w:type="gramEnd"/>
      <w:r w:rsidRPr="003176C7">
        <w:rPr>
          <w:rFonts w:cs="Times New Roman"/>
          <w:sz w:val="24"/>
          <w:szCs w:val="24"/>
        </w:rPr>
        <w:t xml:space="preserve"> or practice, formulate the aim of the study, and state the research questions or hypotheses. The final paragraph of this section should clearly identify the objective and contribution of the article.]</w:t>
      </w:r>
    </w:p>
    <w:p w14:paraId="594DAA97" w14:textId="77777777" w:rsidR="00DF671A" w:rsidRPr="003176C7" w:rsidRDefault="00000000">
      <w:pPr>
        <w:ind w:firstLine="357"/>
        <w:jc w:val="both"/>
        <w:rPr>
          <w:rFonts w:cs="Times New Roman"/>
          <w:sz w:val="24"/>
          <w:szCs w:val="24"/>
        </w:rPr>
      </w:pPr>
      <w:r w:rsidRPr="003176C7">
        <w:rPr>
          <w:rFonts w:cs="Times New Roman"/>
          <w:sz w:val="24"/>
          <w:szCs w:val="24"/>
        </w:rPr>
        <w:t>[Insert text here.]</w:t>
      </w:r>
    </w:p>
    <w:p w14:paraId="139647A3" w14:textId="77777777" w:rsidR="00DF671A" w:rsidRPr="003176C7" w:rsidRDefault="00000000">
      <w:pPr>
        <w:spacing w:before="200" w:after="80"/>
        <w:rPr>
          <w:rFonts w:cs="Times New Roman"/>
          <w:sz w:val="24"/>
          <w:szCs w:val="24"/>
        </w:rPr>
      </w:pPr>
      <w:r w:rsidRPr="003176C7">
        <w:rPr>
          <w:rFonts w:cs="Times New Roman"/>
          <w:b/>
          <w:sz w:val="24"/>
          <w:szCs w:val="24"/>
        </w:rPr>
        <w:t>Literature review</w:t>
      </w:r>
    </w:p>
    <w:p w14:paraId="0746F775" w14:textId="77777777" w:rsidR="00DF671A" w:rsidRPr="003176C7" w:rsidRDefault="00000000">
      <w:pPr>
        <w:ind w:firstLine="357"/>
        <w:jc w:val="both"/>
        <w:rPr>
          <w:rFonts w:cs="Times New Roman"/>
          <w:sz w:val="24"/>
          <w:szCs w:val="24"/>
        </w:rPr>
      </w:pPr>
      <w:r w:rsidRPr="003176C7">
        <w:rPr>
          <w:rFonts w:cs="Times New Roman"/>
          <w:sz w:val="24"/>
          <w:szCs w:val="24"/>
        </w:rPr>
        <w:t xml:space="preserve">[Synthesize recent and relevant literature rather than listing sources one by one. Explain key concepts, theoretical approaches and debates that justify the study. Use </w:t>
      </w:r>
      <w:r w:rsidRPr="003176C7">
        <w:rPr>
          <w:rFonts w:cs="Times New Roman"/>
          <w:b/>
          <w:bCs/>
          <w:sz w:val="24"/>
          <w:szCs w:val="24"/>
        </w:rPr>
        <w:t xml:space="preserve">APA 7 </w:t>
      </w:r>
      <w:r w:rsidRPr="003176C7">
        <w:rPr>
          <w:rFonts w:cs="Times New Roman"/>
          <w:sz w:val="24"/>
          <w:szCs w:val="24"/>
        </w:rPr>
        <w:t>author-date in-text citations throughout, for example: (Smith, 2023) or Smith (2023).]</w:t>
      </w:r>
    </w:p>
    <w:p w14:paraId="489002AB" w14:textId="77777777" w:rsidR="00DF671A" w:rsidRPr="003176C7" w:rsidRDefault="00000000">
      <w:pPr>
        <w:ind w:firstLine="357"/>
        <w:jc w:val="both"/>
        <w:rPr>
          <w:rFonts w:cs="Times New Roman"/>
          <w:sz w:val="24"/>
          <w:szCs w:val="24"/>
        </w:rPr>
      </w:pPr>
      <w:r w:rsidRPr="003176C7">
        <w:rPr>
          <w:rFonts w:cs="Times New Roman"/>
          <w:sz w:val="24"/>
          <w:szCs w:val="24"/>
        </w:rPr>
        <w:t>[Insert text here.]</w:t>
      </w:r>
    </w:p>
    <w:p w14:paraId="57C338AE" w14:textId="77777777" w:rsidR="00DF671A" w:rsidRPr="003176C7" w:rsidRDefault="00000000">
      <w:pPr>
        <w:spacing w:before="200" w:after="80"/>
        <w:rPr>
          <w:rFonts w:cs="Times New Roman"/>
          <w:sz w:val="24"/>
          <w:szCs w:val="24"/>
        </w:rPr>
      </w:pPr>
      <w:r w:rsidRPr="003176C7">
        <w:rPr>
          <w:rFonts w:cs="Times New Roman"/>
          <w:b/>
          <w:sz w:val="24"/>
          <w:szCs w:val="24"/>
        </w:rPr>
        <w:t>Methods and organization of research</w:t>
      </w:r>
    </w:p>
    <w:p w14:paraId="77624DE3" w14:textId="77777777" w:rsidR="00DF671A" w:rsidRPr="003176C7" w:rsidRDefault="00000000">
      <w:pPr>
        <w:ind w:firstLine="357"/>
        <w:jc w:val="both"/>
        <w:rPr>
          <w:rFonts w:cs="Times New Roman"/>
          <w:sz w:val="24"/>
          <w:szCs w:val="24"/>
        </w:rPr>
      </w:pPr>
      <w:r w:rsidRPr="003176C7">
        <w:rPr>
          <w:rFonts w:cs="Times New Roman"/>
          <w:sz w:val="24"/>
          <w:szCs w:val="24"/>
        </w:rPr>
        <w:t>[Describe the research design, data sources, sample or participants, instruments, procedures, ethical considerations, and methods of data analysis. Provide enough detail for the study to be understood and, where relevant, replicated.]</w:t>
      </w:r>
    </w:p>
    <w:p w14:paraId="11530623" w14:textId="77777777" w:rsidR="00DF671A" w:rsidRPr="003176C7" w:rsidRDefault="00000000">
      <w:pPr>
        <w:ind w:firstLine="357"/>
        <w:jc w:val="both"/>
        <w:rPr>
          <w:rFonts w:cs="Times New Roman"/>
          <w:sz w:val="24"/>
          <w:szCs w:val="24"/>
        </w:rPr>
      </w:pPr>
      <w:r w:rsidRPr="003176C7">
        <w:rPr>
          <w:rFonts w:cs="Times New Roman"/>
          <w:sz w:val="24"/>
          <w:szCs w:val="24"/>
        </w:rPr>
        <w:t>[Insert text here.]</w:t>
      </w:r>
    </w:p>
    <w:p w14:paraId="391F2C2E" w14:textId="77777777" w:rsidR="00DF671A" w:rsidRPr="003176C7" w:rsidRDefault="00000000">
      <w:pPr>
        <w:spacing w:before="200"/>
        <w:rPr>
          <w:rFonts w:cs="Times New Roman"/>
          <w:sz w:val="24"/>
          <w:szCs w:val="24"/>
        </w:rPr>
      </w:pPr>
      <w:r w:rsidRPr="003176C7">
        <w:rPr>
          <w:rFonts w:cs="Times New Roman"/>
          <w:b/>
          <w:sz w:val="24"/>
          <w:szCs w:val="24"/>
        </w:rPr>
        <w:t>Table 1</w:t>
      </w:r>
    </w:p>
    <w:p w14:paraId="7BEEB4C7" w14:textId="77777777" w:rsidR="00DF671A" w:rsidRPr="003176C7" w:rsidRDefault="00000000">
      <w:pPr>
        <w:spacing w:after="40"/>
        <w:rPr>
          <w:rFonts w:cs="Times New Roman"/>
          <w:sz w:val="24"/>
          <w:szCs w:val="24"/>
        </w:rPr>
      </w:pPr>
      <w:r w:rsidRPr="003176C7">
        <w:rPr>
          <w:rFonts w:cs="Times New Roman"/>
          <w:i/>
          <w:sz w:val="24"/>
          <w:szCs w:val="24"/>
        </w:rPr>
        <w:t>Descriptive title of the table</w:t>
      </w:r>
    </w:p>
    <w:tbl>
      <w:tblPr>
        <w:tblStyle w:val="aff0"/>
        <w:tblW w:w="0" w:type="auto"/>
        <w:jc w:val="center"/>
        <w:tblLook w:val="04A0" w:firstRow="1" w:lastRow="0" w:firstColumn="1" w:lastColumn="0" w:noHBand="0" w:noVBand="1"/>
      </w:tblPr>
      <w:tblGrid>
        <w:gridCol w:w="2407"/>
        <w:gridCol w:w="2407"/>
        <w:gridCol w:w="2407"/>
        <w:gridCol w:w="2407"/>
      </w:tblGrid>
      <w:tr w:rsidR="00DF671A" w:rsidRPr="003176C7" w14:paraId="3FBE65F2" w14:textId="77777777">
        <w:trPr>
          <w:jc w:val="center"/>
        </w:trPr>
        <w:tc>
          <w:tcPr>
            <w:tcW w:w="240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F9A2EDB" w14:textId="77777777" w:rsidR="00DF671A" w:rsidRPr="003176C7" w:rsidRDefault="00DF671A">
            <w:pPr>
              <w:jc w:val="center"/>
              <w:rPr>
                <w:rFonts w:cs="Times New Roman"/>
                <w:sz w:val="24"/>
                <w:szCs w:val="24"/>
              </w:rPr>
            </w:pPr>
          </w:p>
        </w:tc>
        <w:tc>
          <w:tcPr>
            <w:tcW w:w="240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9044514" w14:textId="77777777" w:rsidR="00DF671A" w:rsidRPr="003176C7" w:rsidRDefault="00000000">
            <w:pPr>
              <w:jc w:val="center"/>
              <w:rPr>
                <w:rFonts w:cs="Times New Roman"/>
                <w:sz w:val="24"/>
                <w:szCs w:val="24"/>
              </w:rPr>
            </w:pPr>
            <w:r w:rsidRPr="003176C7">
              <w:rPr>
                <w:rFonts w:cs="Times New Roman"/>
                <w:sz w:val="24"/>
                <w:szCs w:val="24"/>
              </w:rPr>
              <w:t>Frequency</w:t>
            </w:r>
          </w:p>
        </w:tc>
        <w:tc>
          <w:tcPr>
            <w:tcW w:w="240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3DAC89D" w14:textId="77777777" w:rsidR="00DF671A" w:rsidRPr="003176C7" w:rsidRDefault="00000000">
            <w:pPr>
              <w:jc w:val="center"/>
              <w:rPr>
                <w:rFonts w:cs="Times New Roman"/>
                <w:sz w:val="24"/>
                <w:szCs w:val="24"/>
              </w:rPr>
            </w:pPr>
            <w:r w:rsidRPr="003176C7">
              <w:rPr>
                <w:rFonts w:cs="Times New Roman"/>
                <w:sz w:val="24"/>
                <w:szCs w:val="24"/>
              </w:rPr>
              <w:t>Percent</w:t>
            </w:r>
          </w:p>
        </w:tc>
        <w:tc>
          <w:tcPr>
            <w:tcW w:w="240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B4EF94B" w14:textId="77777777" w:rsidR="00DF671A" w:rsidRPr="003176C7" w:rsidRDefault="00000000">
            <w:pPr>
              <w:jc w:val="center"/>
              <w:rPr>
                <w:rFonts w:cs="Times New Roman"/>
                <w:sz w:val="24"/>
                <w:szCs w:val="24"/>
              </w:rPr>
            </w:pPr>
            <w:r w:rsidRPr="003176C7">
              <w:rPr>
                <w:rFonts w:cs="Times New Roman"/>
                <w:sz w:val="24"/>
                <w:szCs w:val="24"/>
              </w:rPr>
              <w:t>Valid Percent</w:t>
            </w:r>
          </w:p>
        </w:tc>
      </w:tr>
      <w:tr w:rsidR="00DF671A" w:rsidRPr="003176C7" w14:paraId="2944C5FF" w14:textId="77777777">
        <w:trPr>
          <w:jc w:val="center"/>
        </w:trPr>
        <w:tc>
          <w:tcPr>
            <w:tcW w:w="2409" w:type="dxa"/>
            <w:tcBorders>
              <w:top w:val="single" w:sz="4" w:space="0" w:color="000000"/>
              <w:left w:val="single" w:sz="4" w:space="0" w:color="000000"/>
              <w:bottom w:val="single" w:sz="4" w:space="0" w:color="000000"/>
              <w:right w:val="single" w:sz="4" w:space="0" w:color="000000"/>
            </w:tcBorders>
            <w:vAlign w:val="center"/>
          </w:tcPr>
          <w:p w14:paraId="0659DB7F" w14:textId="77777777" w:rsidR="00DF671A" w:rsidRPr="003176C7" w:rsidRDefault="00000000">
            <w:pPr>
              <w:jc w:val="center"/>
              <w:rPr>
                <w:rFonts w:cs="Times New Roman"/>
                <w:sz w:val="24"/>
                <w:szCs w:val="24"/>
              </w:rPr>
            </w:pPr>
            <w:r w:rsidRPr="003176C7">
              <w:rPr>
                <w:rFonts w:cs="Times New Roman"/>
                <w:sz w:val="24"/>
                <w:szCs w:val="24"/>
              </w:rPr>
              <w:t>Valid</w:t>
            </w:r>
          </w:p>
        </w:tc>
        <w:tc>
          <w:tcPr>
            <w:tcW w:w="2409" w:type="dxa"/>
            <w:tcBorders>
              <w:top w:val="single" w:sz="4" w:space="0" w:color="000000"/>
              <w:left w:val="single" w:sz="4" w:space="0" w:color="000000"/>
              <w:bottom w:val="single" w:sz="4" w:space="0" w:color="000000"/>
              <w:right w:val="single" w:sz="4" w:space="0" w:color="000000"/>
            </w:tcBorders>
            <w:vAlign w:val="center"/>
          </w:tcPr>
          <w:p w14:paraId="40463DCD" w14:textId="77777777" w:rsidR="00DF671A" w:rsidRPr="003176C7" w:rsidRDefault="00000000">
            <w:pPr>
              <w:jc w:val="center"/>
              <w:rPr>
                <w:rFonts w:cs="Times New Roman"/>
                <w:sz w:val="24"/>
                <w:szCs w:val="24"/>
              </w:rPr>
            </w:pPr>
            <w:r w:rsidRPr="003176C7">
              <w:rPr>
                <w:rFonts w:cs="Times New Roman"/>
                <w:sz w:val="24"/>
                <w:szCs w:val="24"/>
              </w:rPr>
              <w:t>[category 1]</w:t>
            </w:r>
          </w:p>
        </w:tc>
        <w:tc>
          <w:tcPr>
            <w:tcW w:w="2409" w:type="dxa"/>
            <w:tcBorders>
              <w:top w:val="single" w:sz="4" w:space="0" w:color="000000"/>
              <w:left w:val="single" w:sz="4" w:space="0" w:color="000000"/>
              <w:bottom w:val="single" w:sz="4" w:space="0" w:color="000000"/>
              <w:right w:val="single" w:sz="4" w:space="0" w:color="000000"/>
            </w:tcBorders>
            <w:vAlign w:val="center"/>
          </w:tcPr>
          <w:p w14:paraId="61BDB0D2" w14:textId="77777777" w:rsidR="00DF671A" w:rsidRPr="003176C7" w:rsidRDefault="00000000">
            <w:pPr>
              <w:jc w:val="center"/>
              <w:rPr>
                <w:rFonts w:cs="Times New Roman"/>
                <w:sz w:val="24"/>
                <w:szCs w:val="24"/>
              </w:rPr>
            </w:pPr>
            <w:r w:rsidRPr="003176C7">
              <w:rPr>
                <w:rFonts w:cs="Times New Roman"/>
                <w:sz w:val="24"/>
                <w:szCs w:val="24"/>
              </w:rPr>
              <w:t>[n]</w:t>
            </w:r>
          </w:p>
        </w:tc>
        <w:tc>
          <w:tcPr>
            <w:tcW w:w="2409" w:type="dxa"/>
            <w:tcBorders>
              <w:top w:val="single" w:sz="4" w:space="0" w:color="000000"/>
              <w:left w:val="single" w:sz="4" w:space="0" w:color="000000"/>
              <w:bottom w:val="single" w:sz="4" w:space="0" w:color="000000"/>
              <w:right w:val="single" w:sz="4" w:space="0" w:color="000000"/>
            </w:tcBorders>
            <w:vAlign w:val="center"/>
          </w:tcPr>
          <w:p w14:paraId="45354FD7" w14:textId="77777777" w:rsidR="00DF671A" w:rsidRPr="003176C7" w:rsidRDefault="00000000">
            <w:pPr>
              <w:jc w:val="center"/>
              <w:rPr>
                <w:rFonts w:cs="Times New Roman"/>
                <w:sz w:val="24"/>
                <w:szCs w:val="24"/>
              </w:rPr>
            </w:pPr>
            <w:r w:rsidRPr="003176C7">
              <w:rPr>
                <w:rFonts w:cs="Times New Roman"/>
                <w:sz w:val="24"/>
                <w:szCs w:val="24"/>
              </w:rPr>
              <w:t>[%]</w:t>
            </w:r>
          </w:p>
        </w:tc>
      </w:tr>
      <w:tr w:rsidR="00DF671A" w:rsidRPr="003176C7" w14:paraId="56BBA9BC" w14:textId="77777777">
        <w:trPr>
          <w:jc w:val="center"/>
        </w:trPr>
        <w:tc>
          <w:tcPr>
            <w:tcW w:w="2409" w:type="dxa"/>
            <w:tcBorders>
              <w:top w:val="single" w:sz="4" w:space="0" w:color="000000"/>
              <w:left w:val="single" w:sz="4" w:space="0" w:color="000000"/>
              <w:bottom w:val="single" w:sz="4" w:space="0" w:color="000000"/>
              <w:right w:val="single" w:sz="4" w:space="0" w:color="000000"/>
            </w:tcBorders>
            <w:vAlign w:val="center"/>
          </w:tcPr>
          <w:p w14:paraId="4E6C87C6" w14:textId="77777777" w:rsidR="00DF671A" w:rsidRPr="003176C7" w:rsidRDefault="00DF671A">
            <w:pPr>
              <w:jc w:val="center"/>
              <w:rPr>
                <w:rFonts w:cs="Times New Roman"/>
                <w:sz w:val="24"/>
                <w:szCs w:val="24"/>
              </w:rPr>
            </w:pPr>
          </w:p>
        </w:tc>
        <w:tc>
          <w:tcPr>
            <w:tcW w:w="2409" w:type="dxa"/>
            <w:tcBorders>
              <w:top w:val="single" w:sz="4" w:space="0" w:color="000000"/>
              <w:left w:val="single" w:sz="4" w:space="0" w:color="000000"/>
              <w:bottom w:val="single" w:sz="4" w:space="0" w:color="000000"/>
              <w:right w:val="single" w:sz="4" w:space="0" w:color="000000"/>
            </w:tcBorders>
            <w:vAlign w:val="center"/>
          </w:tcPr>
          <w:p w14:paraId="34A1A35A" w14:textId="77777777" w:rsidR="00DF671A" w:rsidRPr="003176C7" w:rsidRDefault="00000000">
            <w:pPr>
              <w:jc w:val="center"/>
              <w:rPr>
                <w:rFonts w:cs="Times New Roman"/>
                <w:sz w:val="24"/>
                <w:szCs w:val="24"/>
              </w:rPr>
            </w:pPr>
            <w:r w:rsidRPr="003176C7">
              <w:rPr>
                <w:rFonts w:cs="Times New Roman"/>
                <w:sz w:val="24"/>
                <w:szCs w:val="24"/>
              </w:rPr>
              <w:t>[category 2]</w:t>
            </w:r>
          </w:p>
        </w:tc>
        <w:tc>
          <w:tcPr>
            <w:tcW w:w="2409" w:type="dxa"/>
            <w:tcBorders>
              <w:top w:val="single" w:sz="4" w:space="0" w:color="000000"/>
              <w:left w:val="single" w:sz="4" w:space="0" w:color="000000"/>
              <w:bottom w:val="single" w:sz="4" w:space="0" w:color="000000"/>
              <w:right w:val="single" w:sz="4" w:space="0" w:color="000000"/>
            </w:tcBorders>
            <w:vAlign w:val="center"/>
          </w:tcPr>
          <w:p w14:paraId="3804872B" w14:textId="77777777" w:rsidR="00DF671A" w:rsidRPr="003176C7" w:rsidRDefault="00000000">
            <w:pPr>
              <w:jc w:val="center"/>
              <w:rPr>
                <w:rFonts w:cs="Times New Roman"/>
                <w:sz w:val="24"/>
                <w:szCs w:val="24"/>
              </w:rPr>
            </w:pPr>
            <w:r w:rsidRPr="003176C7">
              <w:rPr>
                <w:rFonts w:cs="Times New Roman"/>
                <w:sz w:val="24"/>
                <w:szCs w:val="24"/>
              </w:rPr>
              <w:t>[n]</w:t>
            </w:r>
          </w:p>
        </w:tc>
        <w:tc>
          <w:tcPr>
            <w:tcW w:w="2409" w:type="dxa"/>
            <w:tcBorders>
              <w:top w:val="single" w:sz="4" w:space="0" w:color="000000"/>
              <w:left w:val="single" w:sz="4" w:space="0" w:color="000000"/>
              <w:bottom w:val="single" w:sz="4" w:space="0" w:color="000000"/>
              <w:right w:val="single" w:sz="4" w:space="0" w:color="000000"/>
            </w:tcBorders>
            <w:vAlign w:val="center"/>
          </w:tcPr>
          <w:p w14:paraId="20C23D70" w14:textId="77777777" w:rsidR="00DF671A" w:rsidRPr="003176C7" w:rsidRDefault="00000000">
            <w:pPr>
              <w:jc w:val="center"/>
              <w:rPr>
                <w:rFonts w:cs="Times New Roman"/>
                <w:sz w:val="24"/>
                <w:szCs w:val="24"/>
              </w:rPr>
            </w:pPr>
            <w:r w:rsidRPr="003176C7">
              <w:rPr>
                <w:rFonts w:cs="Times New Roman"/>
                <w:sz w:val="24"/>
                <w:szCs w:val="24"/>
              </w:rPr>
              <w:t>[%]</w:t>
            </w:r>
          </w:p>
        </w:tc>
      </w:tr>
      <w:tr w:rsidR="00DF671A" w:rsidRPr="003176C7" w14:paraId="7FD579F5" w14:textId="77777777">
        <w:trPr>
          <w:jc w:val="center"/>
        </w:trPr>
        <w:tc>
          <w:tcPr>
            <w:tcW w:w="2409" w:type="dxa"/>
            <w:tcBorders>
              <w:top w:val="single" w:sz="4" w:space="0" w:color="000000"/>
              <w:left w:val="single" w:sz="4" w:space="0" w:color="000000"/>
              <w:bottom w:val="single" w:sz="4" w:space="0" w:color="000000"/>
              <w:right w:val="single" w:sz="4" w:space="0" w:color="000000"/>
            </w:tcBorders>
            <w:vAlign w:val="center"/>
          </w:tcPr>
          <w:p w14:paraId="786B660A" w14:textId="77777777" w:rsidR="00DF671A" w:rsidRPr="003176C7" w:rsidRDefault="00DF671A">
            <w:pPr>
              <w:jc w:val="center"/>
              <w:rPr>
                <w:rFonts w:cs="Times New Roman"/>
                <w:sz w:val="24"/>
                <w:szCs w:val="24"/>
              </w:rPr>
            </w:pPr>
          </w:p>
        </w:tc>
        <w:tc>
          <w:tcPr>
            <w:tcW w:w="2409" w:type="dxa"/>
            <w:tcBorders>
              <w:top w:val="single" w:sz="4" w:space="0" w:color="000000"/>
              <w:left w:val="single" w:sz="4" w:space="0" w:color="000000"/>
              <w:bottom w:val="single" w:sz="4" w:space="0" w:color="000000"/>
              <w:right w:val="single" w:sz="4" w:space="0" w:color="000000"/>
            </w:tcBorders>
            <w:vAlign w:val="center"/>
          </w:tcPr>
          <w:p w14:paraId="4B36782E" w14:textId="77777777" w:rsidR="00DF671A" w:rsidRPr="003176C7" w:rsidRDefault="00000000">
            <w:pPr>
              <w:jc w:val="center"/>
              <w:rPr>
                <w:rFonts w:cs="Times New Roman"/>
                <w:sz w:val="24"/>
                <w:szCs w:val="24"/>
              </w:rPr>
            </w:pPr>
            <w:r w:rsidRPr="003176C7">
              <w:rPr>
                <w:rFonts w:cs="Times New Roman"/>
                <w:sz w:val="24"/>
                <w:szCs w:val="24"/>
              </w:rPr>
              <w:t>Total</w:t>
            </w:r>
          </w:p>
        </w:tc>
        <w:tc>
          <w:tcPr>
            <w:tcW w:w="2409" w:type="dxa"/>
            <w:tcBorders>
              <w:top w:val="single" w:sz="4" w:space="0" w:color="000000"/>
              <w:left w:val="single" w:sz="4" w:space="0" w:color="000000"/>
              <w:bottom w:val="single" w:sz="4" w:space="0" w:color="000000"/>
              <w:right w:val="single" w:sz="4" w:space="0" w:color="000000"/>
            </w:tcBorders>
            <w:vAlign w:val="center"/>
          </w:tcPr>
          <w:p w14:paraId="03AD61F1" w14:textId="77777777" w:rsidR="00DF671A" w:rsidRPr="003176C7" w:rsidRDefault="00000000">
            <w:pPr>
              <w:jc w:val="center"/>
              <w:rPr>
                <w:rFonts w:cs="Times New Roman"/>
                <w:sz w:val="24"/>
                <w:szCs w:val="24"/>
              </w:rPr>
            </w:pPr>
            <w:r w:rsidRPr="003176C7">
              <w:rPr>
                <w:rFonts w:cs="Times New Roman"/>
                <w:sz w:val="24"/>
                <w:szCs w:val="24"/>
              </w:rPr>
              <w:t>[n]</w:t>
            </w:r>
          </w:p>
        </w:tc>
        <w:tc>
          <w:tcPr>
            <w:tcW w:w="2409" w:type="dxa"/>
            <w:tcBorders>
              <w:top w:val="single" w:sz="4" w:space="0" w:color="000000"/>
              <w:left w:val="single" w:sz="4" w:space="0" w:color="000000"/>
              <w:bottom w:val="single" w:sz="4" w:space="0" w:color="000000"/>
              <w:right w:val="single" w:sz="4" w:space="0" w:color="000000"/>
            </w:tcBorders>
            <w:vAlign w:val="center"/>
          </w:tcPr>
          <w:p w14:paraId="2D931D3D" w14:textId="77777777" w:rsidR="00DF671A" w:rsidRPr="003176C7" w:rsidRDefault="00000000">
            <w:pPr>
              <w:jc w:val="center"/>
              <w:rPr>
                <w:rFonts w:cs="Times New Roman"/>
                <w:sz w:val="24"/>
                <w:szCs w:val="24"/>
              </w:rPr>
            </w:pPr>
            <w:r w:rsidRPr="003176C7">
              <w:rPr>
                <w:rFonts w:cs="Times New Roman"/>
                <w:sz w:val="24"/>
                <w:szCs w:val="24"/>
              </w:rPr>
              <w:t>100.0</w:t>
            </w:r>
          </w:p>
        </w:tc>
      </w:tr>
    </w:tbl>
    <w:p w14:paraId="3BB4B32D" w14:textId="77777777" w:rsidR="00DF671A" w:rsidRPr="003176C7" w:rsidRDefault="00000000">
      <w:pPr>
        <w:spacing w:before="40" w:after="80"/>
        <w:jc w:val="both"/>
        <w:rPr>
          <w:rFonts w:cs="Times New Roman"/>
          <w:sz w:val="24"/>
          <w:szCs w:val="24"/>
        </w:rPr>
      </w:pPr>
      <w:r w:rsidRPr="003176C7">
        <w:rPr>
          <w:rFonts w:cs="Times New Roman"/>
          <w:i/>
          <w:sz w:val="24"/>
          <w:szCs w:val="24"/>
        </w:rPr>
        <w:t xml:space="preserve">Note. </w:t>
      </w:r>
      <w:r w:rsidRPr="003176C7">
        <w:rPr>
          <w:rFonts w:cs="Times New Roman"/>
          <w:sz w:val="24"/>
          <w:szCs w:val="24"/>
        </w:rPr>
        <w:t>Explain abbreviations, statistical notes and data source if needed.</w:t>
      </w:r>
    </w:p>
    <w:p w14:paraId="1E4A92E7" w14:textId="77777777" w:rsidR="00DF671A" w:rsidRPr="003176C7" w:rsidRDefault="00000000">
      <w:pPr>
        <w:spacing w:before="200" w:after="80"/>
        <w:rPr>
          <w:rFonts w:cs="Times New Roman"/>
          <w:sz w:val="24"/>
          <w:szCs w:val="24"/>
        </w:rPr>
      </w:pPr>
      <w:r w:rsidRPr="003176C7">
        <w:rPr>
          <w:rFonts w:cs="Times New Roman"/>
          <w:b/>
          <w:sz w:val="24"/>
          <w:szCs w:val="24"/>
        </w:rPr>
        <w:t>Organization and methods of research</w:t>
      </w:r>
    </w:p>
    <w:p w14:paraId="2DF25B52" w14:textId="77777777" w:rsidR="00DF671A" w:rsidRPr="003176C7" w:rsidRDefault="00000000">
      <w:pPr>
        <w:ind w:firstLine="357"/>
        <w:jc w:val="both"/>
        <w:rPr>
          <w:rFonts w:cs="Times New Roman"/>
          <w:sz w:val="24"/>
          <w:szCs w:val="24"/>
        </w:rPr>
      </w:pPr>
      <w:r w:rsidRPr="003176C7">
        <w:rPr>
          <w:rFonts w:cs="Times New Roman"/>
          <w:sz w:val="24"/>
          <w:szCs w:val="24"/>
        </w:rPr>
        <w:t>[If the article requires a detailed methodological procedure, describe the stages of the research or intervention. Use clear subheadings only when they improve readability.]</w:t>
      </w:r>
    </w:p>
    <w:p w14:paraId="45A6237E" w14:textId="77777777" w:rsidR="00DF671A" w:rsidRPr="003176C7" w:rsidRDefault="00000000">
      <w:pPr>
        <w:ind w:firstLine="357"/>
        <w:jc w:val="both"/>
        <w:rPr>
          <w:rFonts w:cs="Times New Roman"/>
          <w:sz w:val="24"/>
          <w:szCs w:val="24"/>
        </w:rPr>
      </w:pPr>
      <w:r w:rsidRPr="003176C7">
        <w:rPr>
          <w:rFonts w:cs="Times New Roman"/>
          <w:sz w:val="24"/>
          <w:szCs w:val="24"/>
        </w:rPr>
        <w:t>Stage 1. [Name of stage]. [Describe the purpose, activities and expected output of the stage.]</w:t>
      </w:r>
    </w:p>
    <w:p w14:paraId="11AC7649" w14:textId="77777777" w:rsidR="00DF671A" w:rsidRPr="003176C7" w:rsidRDefault="00000000">
      <w:pPr>
        <w:ind w:firstLine="357"/>
        <w:jc w:val="both"/>
        <w:rPr>
          <w:rFonts w:cs="Times New Roman"/>
          <w:sz w:val="24"/>
          <w:szCs w:val="24"/>
        </w:rPr>
      </w:pPr>
      <w:r w:rsidRPr="003176C7">
        <w:rPr>
          <w:rFonts w:cs="Times New Roman"/>
          <w:sz w:val="24"/>
          <w:szCs w:val="24"/>
        </w:rPr>
        <w:t>Stage 2. [Name of stage]. [Describe the purpose, activities and expected output of the stage.]</w:t>
      </w:r>
    </w:p>
    <w:p w14:paraId="20429C5F" w14:textId="77777777" w:rsidR="00DF671A" w:rsidRPr="003176C7" w:rsidRDefault="00000000">
      <w:pPr>
        <w:spacing w:before="200"/>
        <w:rPr>
          <w:rFonts w:cs="Times New Roman"/>
          <w:sz w:val="24"/>
          <w:szCs w:val="24"/>
        </w:rPr>
      </w:pPr>
      <w:r w:rsidRPr="003176C7">
        <w:rPr>
          <w:rFonts w:cs="Times New Roman"/>
          <w:b/>
          <w:sz w:val="24"/>
          <w:szCs w:val="24"/>
        </w:rPr>
        <w:t>Figure 1</w:t>
      </w:r>
    </w:p>
    <w:p w14:paraId="3675B7C9" w14:textId="77777777" w:rsidR="00DF671A" w:rsidRPr="003176C7" w:rsidRDefault="00000000">
      <w:pPr>
        <w:spacing w:after="40"/>
        <w:rPr>
          <w:rFonts w:cs="Times New Roman"/>
          <w:sz w:val="24"/>
          <w:szCs w:val="24"/>
        </w:rPr>
      </w:pPr>
      <w:r w:rsidRPr="003176C7">
        <w:rPr>
          <w:rFonts w:cs="Times New Roman"/>
          <w:i/>
          <w:sz w:val="24"/>
          <w:szCs w:val="24"/>
        </w:rPr>
        <w:t>Descriptive title of the figure</w:t>
      </w:r>
    </w:p>
    <w:tbl>
      <w:tblPr>
        <w:tblW w:w="0" w:type="auto"/>
        <w:jc w:val="center"/>
        <w:tblLook w:val="04A0" w:firstRow="1" w:lastRow="0" w:firstColumn="1" w:lastColumn="0" w:noHBand="0" w:noVBand="1"/>
      </w:tblPr>
      <w:tblGrid>
        <w:gridCol w:w="6803"/>
      </w:tblGrid>
      <w:tr w:rsidR="00DF671A" w:rsidRPr="003176C7" w14:paraId="0F2444F5" w14:textId="77777777">
        <w:trPr>
          <w:jc w:val="center"/>
        </w:trPr>
        <w:tc>
          <w:tcPr>
            <w:tcW w:w="6803" w:type="dxa"/>
            <w:tcBorders>
              <w:top w:val="single" w:sz="6" w:space="0" w:color="808080"/>
              <w:left w:val="single" w:sz="6" w:space="0" w:color="808080"/>
              <w:bottom w:val="single" w:sz="6" w:space="0" w:color="808080"/>
              <w:right w:val="single" w:sz="6" w:space="0" w:color="808080"/>
            </w:tcBorders>
            <w:shd w:val="clear" w:color="auto" w:fill="F7F7F7"/>
          </w:tcPr>
          <w:p w14:paraId="5D187A9A" w14:textId="77777777" w:rsidR="00DF671A" w:rsidRPr="003176C7" w:rsidRDefault="00000000">
            <w:pPr>
              <w:spacing w:before="600" w:after="600"/>
              <w:jc w:val="center"/>
              <w:rPr>
                <w:rFonts w:cs="Times New Roman"/>
                <w:sz w:val="24"/>
                <w:szCs w:val="24"/>
              </w:rPr>
            </w:pPr>
            <w:r w:rsidRPr="003176C7">
              <w:rPr>
                <w:rFonts w:cs="Times New Roman"/>
                <w:sz w:val="24"/>
                <w:szCs w:val="24"/>
              </w:rPr>
              <w:t>[Insert figure / scheme / chart here]</w:t>
            </w:r>
          </w:p>
        </w:tc>
      </w:tr>
    </w:tbl>
    <w:p w14:paraId="7D762AC4" w14:textId="77777777" w:rsidR="00DF671A" w:rsidRPr="003176C7" w:rsidRDefault="00000000">
      <w:pPr>
        <w:spacing w:before="40" w:after="80"/>
        <w:jc w:val="both"/>
        <w:rPr>
          <w:rFonts w:cs="Times New Roman"/>
          <w:sz w:val="24"/>
          <w:szCs w:val="24"/>
        </w:rPr>
      </w:pPr>
      <w:r w:rsidRPr="003176C7">
        <w:rPr>
          <w:rFonts w:cs="Times New Roman"/>
          <w:i/>
          <w:sz w:val="24"/>
          <w:szCs w:val="24"/>
        </w:rPr>
        <w:t xml:space="preserve">Note. </w:t>
      </w:r>
      <w:r w:rsidRPr="003176C7">
        <w:rPr>
          <w:rFonts w:cs="Times New Roman"/>
          <w:sz w:val="24"/>
          <w:szCs w:val="24"/>
        </w:rPr>
        <w:t>Define abbreviations and indicate the data source or adaptation details if applicable.</w:t>
      </w:r>
    </w:p>
    <w:p w14:paraId="39539126" w14:textId="77777777" w:rsidR="00DF671A" w:rsidRPr="003176C7" w:rsidRDefault="00000000">
      <w:pPr>
        <w:spacing w:before="200" w:after="80"/>
        <w:rPr>
          <w:rFonts w:cs="Times New Roman"/>
          <w:sz w:val="24"/>
          <w:szCs w:val="24"/>
        </w:rPr>
      </w:pPr>
      <w:r w:rsidRPr="003176C7">
        <w:rPr>
          <w:rFonts w:cs="Times New Roman"/>
          <w:b/>
          <w:sz w:val="24"/>
          <w:szCs w:val="24"/>
        </w:rPr>
        <w:lastRenderedPageBreak/>
        <w:t>The results of the study and their analysis</w:t>
      </w:r>
    </w:p>
    <w:p w14:paraId="55F420AA" w14:textId="77777777" w:rsidR="00DF671A" w:rsidRPr="003176C7" w:rsidRDefault="00000000">
      <w:pPr>
        <w:ind w:firstLine="357"/>
        <w:jc w:val="both"/>
        <w:rPr>
          <w:rFonts w:cs="Times New Roman"/>
          <w:sz w:val="24"/>
          <w:szCs w:val="24"/>
        </w:rPr>
      </w:pPr>
      <w:r w:rsidRPr="003176C7">
        <w:rPr>
          <w:rFonts w:cs="Times New Roman"/>
          <w:sz w:val="24"/>
          <w:szCs w:val="24"/>
        </w:rPr>
        <w:t>[Report findings clearly and objectively. Refer to every table and figure in the text before it appears. Use concise explanations and avoid duplicating all numbers from tables in the narrative.]</w:t>
      </w:r>
    </w:p>
    <w:p w14:paraId="11960D00" w14:textId="77777777" w:rsidR="00DF671A" w:rsidRPr="003176C7" w:rsidRDefault="00000000">
      <w:pPr>
        <w:ind w:firstLine="357"/>
        <w:jc w:val="both"/>
        <w:rPr>
          <w:rFonts w:cs="Times New Roman"/>
          <w:sz w:val="24"/>
          <w:szCs w:val="24"/>
        </w:rPr>
      </w:pPr>
      <w:r w:rsidRPr="003176C7">
        <w:rPr>
          <w:rFonts w:cs="Times New Roman"/>
          <w:sz w:val="24"/>
          <w:szCs w:val="24"/>
        </w:rPr>
        <w:t>[Insert text here.]</w:t>
      </w:r>
    </w:p>
    <w:p w14:paraId="447D7A6A" w14:textId="77777777" w:rsidR="00DF671A" w:rsidRPr="003176C7" w:rsidRDefault="00000000">
      <w:pPr>
        <w:spacing w:before="200" w:after="80"/>
        <w:rPr>
          <w:rFonts w:cs="Times New Roman"/>
          <w:sz w:val="24"/>
          <w:szCs w:val="24"/>
        </w:rPr>
      </w:pPr>
      <w:r w:rsidRPr="003176C7">
        <w:rPr>
          <w:rFonts w:cs="Times New Roman"/>
          <w:b/>
          <w:sz w:val="24"/>
          <w:szCs w:val="24"/>
        </w:rPr>
        <w:t>Research results and their discussion</w:t>
      </w:r>
    </w:p>
    <w:p w14:paraId="1CCDFDF1" w14:textId="77777777" w:rsidR="00DF671A" w:rsidRPr="003176C7" w:rsidRDefault="00000000">
      <w:pPr>
        <w:ind w:firstLine="357"/>
        <w:jc w:val="both"/>
        <w:rPr>
          <w:rFonts w:cs="Times New Roman"/>
          <w:sz w:val="24"/>
          <w:szCs w:val="24"/>
        </w:rPr>
      </w:pPr>
      <w:r w:rsidRPr="003176C7">
        <w:rPr>
          <w:rFonts w:cs="Times New Roman"/>
          <w:sz w:val="24"/>
          <w:szCs w:val="24"/>
        </w:rPr>
        <w:t>[Interpret the results in relation to the research questions and prior literature. Explain the contribution of the study, compare findings with existing research, discuss limitations and identify practical or policy implications.]</w:t>
      </w:r>
    </w:p>
    <w:p w14:paraId="2593BA54" w14:textId="77777777" w:rsidR="00DF671A" w:rsidRPr="003176C7" w:rsidRDefault="00000000">
      <w:pPr>
        <w:ind w:firstLine="357"/>
        <w:jc w:val="both"/>
        <w:rPr>
          <w:rFonts w:cs="Times New Roman"/>
          <w:sz w:val="24"/>
          <w:szCs w:val="24"/>
        </w:rPr>
      </w:pPr>
      <w:r w:rsidRPr="003176C7">
        <w:rPr>
          <w:rFonts w:cs="Times New Roman"/>
          <w:sz w:val="24"/>
          <w:szCs w:val="24"/>
        </w:rPr>
        <w:t>[Insert text here.]</w:t>
      </w:r>
    </w:p>
    <w:p w14:paraId="2F5FEFB3" w14:textId="77777777" w:rsidR="00DF671A" w:rsidRPr="003176C7" w:rsidRDefault="00000000">
      <w:pPr>
        <w:spacing w:before="200" w:after="80"/>
        <w:rPr>
          <w:rFonts w:cs="Times New Roman"/>
          <w:sz w:val="24"/>
          <w:szCs w:val="24"/>
        </w:rPr>
      </w:pPr>
      <w:r w:rsidRPr="003176C7">
        <w:rPr>
          <w:rFonts w:cs="Times New Roman"/>
          <w:b/>
          <w:sz w:val="24"/>
          <w:szCs w:val="24"/>
        </w:rPr>
        <w:t>Conclusion</w:t>
      </w:r>
    </w:p>
    <w:p w14:paraId="0E7B6EF0" w14:textId="77777777" w:rsidR="00DF671A" w:rsidRPr="003176C7" w:rsidRDefault="00000000">
      <w:pPr>
        <w:ind w:firstLine="357"/>
        <w:jc w:val="both"/>
        <w:rPr>
          <w:rFonts w:cs="Times New Roman"/>
          <w:sz w:val="24"/>
          <w:szCs w:val="24"/>
        </w:rPr>
      </w:pPr>
      <w:r w:rsidRPr="003176C7">
        <w:rPr>
          <w:rFonts w:cs="Times New Roman"/>
          <w:sz w:val="24"/>
          <w:szCs w:val="24"/>
        </w:rPr>
        <w:t>[Summarize the main findings and their significance without repeating the whole article. Include recommendations and directions for future research where appropriate.]</w:t>
      </w:r>
    </w:p>
    <w:p w14:paraId="305B968D" w14:textId="77777777" w:rsidR="00DF671A" w:rsidRPr="003176C7" w:rsidRDefault="00000000">
      <w:pPr>
        <w:ind w:firstLine="357"/>
        <w:jc w:val="both"/>
        <w:rPr>
          <w:rFonts w:cs="Times New Roman"/>
          <w:sz w:val="24"/>
          <w:szCs w:val="24"/>
        </w:rPr>
      </w:pPr>
      <w:r w:rsidRPr="003176C7">
        <w:rPr>
          <w:rFonts w:cs="Times New Roman"/>
          <w:sz w:val="24"/>
          <w:szCs w:val="24"/>
        </w:rPr>
        <w:t>[Insert text here.]</w:t>
      </w:r>
    </w:p>
    <w:p w14:paraId="44AB5CE4" w14:textId="77777777" w:rsidR="00DF671A" w:rsidRPr="003176C7" w:rsidRDefault="00000000">
      <w:pPr>
        <w:spacing w:before="200" w:after="80"/>
        <w:rPr>
          <w:rFonts w:cs="Times New Roman"/>
          <w:sz w:val="24"/>
          <w:szCs w:val="24"/>
        </w:rPr>
      </w:pPr>
      <w:r w:rsidRPr="003176C7">
        <w:rPr>
          <w:rFonts w:cs="Times New Roman"/>
          <w:b/>
          <w:sz w:val="24"/>
          <w:szCs w:val="24"/>
        </w:rPr>
        <w:t>Funding Information</w:t>
      </w:r>
    </w:p>
    <w:p w14:paraId="7D175D1C" w14:textId="77777777" w:rsidR="00DF671A" w:rsidRPr="003176C7" w:rsidRDefault="00000000">
      <w:pPr>
        <w:ind w:firstLine="357"/>
        <w:jc w:val="both"/>
        <w:rPr>
          <w:rFonts w:cs="Times New Roman"/>
          <w:sz w:val="24"/>
          <w:szCs w:val="24"/>
        </w:rPr>
      </w:pPr>
      <w:r w:rsidRPr="003176C7">
        <w:rPr>
          <w:rFonts w:cs="Times New Roman"/>
          <w:sz w:val="24"/>
          <w:szCs w:val="24"/>
        </w:rPr>
        <w:t>This research received no specific grant from any funding agency in the public, commercial, or not-for-profit sectors.</w:t>
      </w:r>
    </w:p>
    <w:p w14:paraId="045BE38D" w14:textId="77777777" w:rsidR="00DF671A" w:rsidRPr="003176C7" w:rsidRDefault="00000000">
      <w:pPr>
        <w:spacing w:after="80"/>
        <w:jc w:val="both"/>
        <w:rPr>
          <w:rFonts w:cs="Times New Roman"/>
          <w:sz w:val="24"/>
          <w:szCs w:val="24"/>
        </w:rPr>
      </w:pPr>
      <w:r w:rsidRPr="003176C7">
        <w:rPr>
          <w:rFonts w:cs="Times New Roman"/>
          <w:i/>
          <w:color w:val="606060"/>
          <w:sz w:val="24"/>
          <w:szCs w:val="24"/>
        </w:rPr>
        <w:t>If the study was funded, replace the no-funding statement with the funder name, project title and grant number.</w:t>
      </w:r>
    </w:p>
    <w:p w14:paraId="54354CBF" w14:textId="77777777" w:rsidR="00DF671A" w:rsidRPr="003176C7" w:rsidRDefault="00000000">
      <w:pPr>
        <w:spacing w:before="200" w:after="80"/>
        <w:rPr>
          <w:rFonts w:cs="Times New Roman"/>
          <w:sz w:val="24"/>
          <w:szCs w:val="24"/>
        </w:rPr>
      </w:pPr>
      <w:r w:rsidRPr="003176C7">
        <w:rPr>
          <w:rFonts w:cs="Times New Roman"/>
          <w:b/>
          <w:sz w:val="24"/>
          <w:szCs w:val="24"/>
        </w:rPr>
        <w:t>Conflict of Interest Statement</w:t>
      </w:r>
    </w:p>
    <w:p w14:paraId="1BCE21E4" w14:textId="77777777" w:rsidR="00DF671A" w:rsidRPr="003176C7" w:rsidRDefault="00000000">
      <w:pPr>
        <w:ind w:firstLine="357"/>
        <w:jc w:val="both"/>
        <w:rPr>
          <w:rFonts w:cs="Times New Roman"/>
          <w:sz w:val="24"/>
          <w:szCs w:val="24"/>
        </w:rPr>
      </w:pPr>
      <w:r w:rsidRPr="003176C7">
        <w:rPr>
          <w:rFonts w:cs="Times New Roman"/>
          <w:sz w:val="24"/>
          <w:szCs w:val="24"/>
        </w:rPr>
        <w:t>The authors declare no potential conflicts of interest regarding the research, authorship, or publication of this article.</w:t>
      </w:r>
    </w:p>
    <w:p w14:paraId="4DF6EDE3" w14:textId="77777777" w:rsidR="00DF671A" w:rsidRPr="003176C7" w:rsidRDefault="00000000">
      <w:pPr>
        <w:spacing w:before="200" w:after="80"/>
        <w:rPr>
          <w:rFonts w:cs="Times New Roman"/>
          <w:sz w:val="24"/>
          <w:szCs w:val="24"/>
        </w:rPr>
      </w:pPr>
      <w:r w:rsidRPr="003176C7">
        <w:rPr>
          <w:rFonts w:cs="Times New Roman"/>
          <w:b/>
          <w:sz w:val="24"/>
          <w:szCs w:val="24"/>
        </w:rPr>
        <w:t>Author Contributions</w:t>
      </w:r>
    </w:p>
    <w:p w14:paraId="1510F0F0" w14:textId="77777777" w:rsidR="00DF671A" w:rsidRPr="003176C7" w:rsidRDefault="00000000">
      <w:pPr>
        <w:ind w:firstLine="357"/>
        <w:jc w:val="both"/>
        <w:rPr>
          <w:rFonts w:cs="Times New Roman"/>
          <w:sz w:val="24"/>
          <w:szCs w:val="24"/>
        </w:rPr>
      </w:pPr>
      <w:r w:rsidRPr="003176C7">
        <w:rPr>
          <w:rFonts w:cs="Times New Roman"/>
          <w:sz w:val="24"/>
          <w:szCs w:val="24"/>
        </w:rPr>
        <w:t>Author One: Conceptualization, Methodology, Writing - Original draft preparation. Author Two: Data curation, Formal analysis, Visualization. Author Three: Writing - Reviewing and Editing, Supervision. All authors reviewed and approved the final manuscript.</w:t>
      </w:r>
    </w:p>
    <w:p w14:paraId="45F7E800" w14:textId="77777777" w:rsidR="00DF671A" w:rsidRPr="003176C7" w:rsidRDefault="00000000">
      <w:pPr>
        <w:spacing w:before="200" w:after="80"/>
        <w:rPr>
          <w:rFonts w:cs="Times New Roman"/>
          <w:sz w:val="24"/>
          <w:szCs w:val="24"/>
        </w:rPr>
      </w:pPr>
      <w:r w:rsidRPr="003176C7">
        <w:rPr>
          <w:rFonts w:cs="Times New Roman"/>
          <w:b/>
          <w:sz w:val="24"/>
          <w:szCs w:val="24"/>
        </w:rPr>
        <w:t>Declaration of Use of Generative AI and AI-Assisted Technologies</w:t>
      </w:r>
    </w:p>
    <w:p w14:paraId="528C2669" w14:textId="77777777" w:rsidR="00DF671A" w:rsidRPr="003176C7" w:rsidRDefault="00000000">
      <w:pPr>
        <w:ind w:firstLine="357"/>
        <w:jc w:val="both"/>
        <w:rPr>
          <w:rFonts w:cs="Times New Roman"/>
          <w:sz w:val="24"/>
          <w:szCs w:val="24"/>
        </w:rPr>
      </w:pPr>
      <w:r w:rsidRPr="003176C7">
        <w:rPr>
          <w:rFonts w:cs="Times New Roman"/>
          <w:sz w:val="24"/>
          <w:szCs w:val="24"/>
        </w:rPr>
        <w:t>Option A - no AI use: The authors declare that no generative AI or AI-assisted technologies were used in the preparation of this manuscript.</w:t>
      </w:r>
    </w:p>
    <w:p w14:paraId="65AA5EE3" w14:textId="77777777" w:rsidR="00DF671A" w:rsidRPr="003176C7" w:rsidRDefault="00000000">
      <w:pPr>
        <w:ind w:firstLine="357"/>
        <w:jc w:val="both"/>
        <w:rPr>
          <w:rFonts w:cs="Times New Roman"/>
          <w:sz w:val="24"/>
          <w:szCs w:val="24"/>
        </w:rPr>
      </w:pPr>
      <w:r w:rsidRPr="003176C7">
        <w:rPr>
          <w:rFonts w:cs="Times New Roman"/>
          <w:sz w:val="24"/>
          <w:szCs w:val="24"/>
        </w:rPr>
        <w:t>Option B - AI used: During the preparation of this manuscript, the authors used [name of tool/service] for [purpose, e.g., language editing, translation, code checking, data visualization]. The authors reviewed and edited all outputs and take full responsibility for the content of the published article.</w:t>
      </w:r>
    </w:p>
    <w:p w14:paraId="54071503" w14:textId="77777777" w:rsidR="00DF671A" w:rsidRPr="003176C7" w:rsidRDefault="00000000">
      <w:pPr>
        <w:spacing w:before="200" w:after="80"/>
        <w:rPr>
          <w:rFonts w:cs="Times New Roman"/>
          <w:sz w:val="24"/>
          <w:szCs w:val="24"/>
        </w:rPr>
      </w:pPr>
      <w:r w:rsidRPr="003176C7">
        <w:rPr>
          <w:rFonts w:cs="Times New Roman"/>
          <w:b/>
          <w:sz w:val="24"/>
          <w:szCs w:val="24"/>
        </w:rPr>
        <w:t>Data Availability Statement</w:t>
      </w:r>
    </w:p>
    <w:p w14:paraId="2EBDF92B" w14:textId="77777777" w:rsidR="00DF671A" w:rsidRPr="003176C7" w:rsidRDefault="00000000">
      <w:pPr>
        <w:ind w:firstLine="357"/>
        <w:jc w:val="both"/>
        <w:rPr>
          <w:rFonts w:cs="Times New Roman"/>
          <w:sz w:val="24"/>
          <w:szCs w:val="24"/>
        </w:rPr>
      </w:pPr>
      <w:r w:rsidRPr="003176C7">
        <w:rPr>
          <w:rFonts w:cs="Times New Roman"/>
          <w:sz w:val="24"/>
          <w:szCs w:val="24"/>
        </w:rPr>
        <w:t>The data that support the findings of this study are available from [repository/name] at [DOI or URL]. Restrictions apply to [part of data], which are not publicly available due to [reason].</w:t>
      </w:r>
    </w:p>
    <w:p w14:paraId="490CC1BC" w14:textId="77777777" w:rsidR="00DF671A" w:rsidRPr="003176C7" w:rsidRDefault="00000000">
      <w:pPr>
        <w:spacing w:before="200" w:after="80"/>
        <w:rPr>
          <w:rFonts w:cs="Times New Roman"/>
          <w:sz w:val="24"/>
          <w:szCs w:val="24"/>
        </w:rPr>
      </w:pPr>
      <w:r w:rsidRPr="003176C7">
        <w:rPr>
          <w:rFonts w:cs="Times New Roman"/>
          <w:b/>
          <w:sz w:val="24"/>
          <w:szCs w:val="24"/>
        </w:rPr>
        <w:t>References</w:t>
      </w:r>
    </w:p>
    <w:p w14:paraId="09711E58" w14:textId="77777777" w:rsidR="00DF671A" w:rsidRPr="003176C7" w:rsidRDefault="00000000">
      <w:pPr>
        <w:ind w:left="357" w:hanging="357"/>
        <w:rPr>
          <w:rFonts w:cs="Times New Roman"/>
          <w:sz w:val="24"/>
          <w:szCs w:val="24"/>
        </w:rPr>
      </w:pPr>
      <w:r w:rsidRPr="003176C7">
        <w:rPr>
          <w:rFonts w:cs="Times New Roman"/>
          <w:sz w:val="24"/>
          <w:szCs w:val="24"/>
        </w:rPr>
        <w:t>Author, A. A., &amp; Author, B. B. (Year). Title of the article in sentence case. Journal Title in Title Case, 12(3), 45-67. https://doi.org/10.xxxx/xxxxx</w:t>
      </w:r>
    </w:p>
    <w:p w14:paraId="53A5CFAA" w14:textId="77777777" w:rsidR="00DF671A" w:rsidRPr="003176C7" w:rsidRDefault="00000000">
      <w:pPr>
        <w:ind w:left="357" w:hanging="357"/>
        <w:rPr>
          <w:rFonts w:cs="Times New Roman"/>
          <w:sz w:val="24"/>
          <w:szCs w:val="24"/>
        </w:rPr>
      </w:pPr>
      <w:r w:rsidRPr="003176C7">
        <w:rPr>
          <w:rFonts w:cs="Times New Roman"/>
          <w:sz w:val="24"/>
          <w:szCs w:val="24"/>
        </w:rPr>
        <w:t>Author, A. A. (Year). Title of the book in sentence case and italics. Publisher.</w:t>
      </w:r>
    </w:p>
    <w:p w14:paraId="1B1C815B" w14:textId="77777777" w:rsidR="00DF671A" w:rsidRPr="003176C7" w:rsidRDefault="00000000">
      <w:pPr>
        <w:ind w:left="357" w:hanging="357"/>
        <w:rPr>
          <w:rFonts w:cs="Times New Roman"/>
          <w:sz w:val="24"/>
          <w:szCs w:val="24"/>
        </w:rPr>
      </w:pPr>
      <w:r w:rsidRPr="003176C7">
        <w:rPr>
          <w:rFonts w:cs="Times New Roman"/>
          <w:sz w:val="24"/>
          <w:szCs w:val="24"/>
        </w:rPr>
        <w:t>Organization Name. (Year). Title of report in sentence case and italics. Publisher or Organization. URL</w:t>
      </w:r>
    </w:p>
    <w:p w14:paraId="2F9B364F" w14:textId="77777777" w:rsidR="00DF671A" w:rsidRPr="003176C7" w:rsidRDefault="00000000">
      <w:pPr>
        <w:spacing w:before="200" w:after="80"/>
        <w:rPr>
          <w:rFonts w:cs="Times New Roman"/>
          <w:sz w:val="24"/>
          <w:szCs w:val="24"/>
        </w:rPr>
      </w:pPr>
      <w:r w:rsidRPr="003176C7">
        <w:rPr>
          <w:rFonts w:cs="Times New Roman"/>
          <w:b/>
          <w:sz w:val="24"/>
          <w:szCs w:val="24"/>
        </w:rPr>
        <w:t>Information about authors</w:t>
      </w:r>
    </w:p>
    <w:p w14:paraId="707F3BA7" w14:textId="77777777" w:rsidR="00DF671A" w:rsidRPr="003176C7" w:rsidRDefault="00000000">
      <w:pPr>
        <w:jc w:val="both"/>
        <w:rPr>
          <w:rFonts w:cs="Times New Roman"/>
          <w:sz w:val="24"/>
          <w:szCs w:val="24"/>
        </w:rPr>
      </w:pPr>
      <w:r w:rsidRPr="003176C7">
        <w:rPr>
          <w:rFonts w:cs="Times New Roman"/>
          <w:sz w:val="24"/>
          <w:szCs w:val="24"/>
        </w:rPr>
        <w:t>Author One - position, academic degree, Institution, City, Country, e-mail: [email], ORCID [0000-0000-0000-0000] (corresponding author)</w:t>
      </w:r>
    </w:p>
    <w:p w14:paraId="5C207665" w14:textId="77777777" w:rsidR="00DF671A" w:rsidRPr="003176C7" w:rsidRDefault="00000000">
      <w:pPr>
        <w:jc w:val="both"/>
        <w:rPr>
          <w:rFonts w:cs="Times New Roman"/>
          <w:sz w:val="24"/>
          <w:szCs w:val="24"/>
        </w:rPr>
      </w:pPr>
      <w:r w:rsidRPr="003176C7">
        <w:rPr>
          <w:rFonts w:cs="Times New Roman"/>
          <w:sz w:val="24"/>
          <w:szCs w:val="24"/>
        </w:rPr>
        <w:lastRenderedPageBreak/>
        <w:t>Author Two - position, academic degree, Institution, City, Country, e-mail: [email], ORCID [0000-0000-0000-0000]</w:t>
      </w:r>
    </w:p>
    <w:p w14:paraId="646ADCED" w14:textId="77777777" w:rsidR="00DF671A" w:rsidRPr="003176C7" w:rsidRDefault="00000000">
      <w:pPr>
        <w:jc w:val="both"/>
        <w:rPr>
          <w:rFonts w:cs="Times New Roman"/>
          <w:sz w:val="24"/>
          <w:szCs w:val="24"/>
        </w:rPr>
      </w:pPr>
      <w:r w:rsidRPr="003176C7">
        <w:rPr>
          <w:rFonts w:cs="Times New Roman"/>
          <w:sz w:val="24"/>
          <w:szCs w:val="24"/>
        </w:rPr>
        <w:t>Author Three - position, academic degree, Institution, City, Country, e-mail: [email], ORCID [0000-0000-0000-0000]</w:t>
      </w:r>
    </w:p>
    <w:p w14:paraId="1B756A43" w14:textId="77777777" w:rsidR="003176C7" w:rsidRPr="00AE5143" w:rsidRDefault="003176C7">
      <w:pPr>
        <w:jc w:val="both"/>
        <w:rPr>
          <w:rFonts w:cs="Times New Roman"/>
          <w:sz w:val="24"/>
          <w:szCs w:val="24"/>
        </w:rPr>
      </w:pPr>
    </w:p>
    <w:p w14:paraId="76B097C1" w14:textId="77777777" w:rsidR="003176C7" w:rsidRPr="00AE5143" w:rsidRDefault="003176C7">
      <w:pPr>
        <w:jc w:val="both"/>
        <w:rPr>
          <w:rFonts w:cs="Times New Roman"/>
          <w:sz w:val="24"/>
          <w:szCs w:val="24"/>
        </w:rPr>
      </w:pPr>
    </w:p>
    <w:p w14:paraId="26B8690F" w14:textId="6567D1C8" w:rsidR="003176C7" w:rsidRPr="00AE5143" w:rsidRDefault="003176C7" w:rsidP="003176C7">
      <w:pPr>
        <w:jc w:val="both"/>
        <w:rPr>
          <w:rFonts w:cs="Times New Roman"/>
          <w:color w:val="1F497D" w:themeColor="text2"/>
          <w:sz w:val="24"/>
          <w:szCs w:val="24"/>
        </w:rPr>
      </w:pPr>
      <w:r w:rsidRPr="003176C7">
        <w:rPr>
          <w:rFonts w:cs="Times New Roman"/>
          <w:color w:val="1F497D" w:themeColor="text2"/>
          <w:sz w:val="24"/>
          <w:szCs w:val="24"/>
        </w:rPr>
        <w:t>Please provide the corresponding author’s telephone number for urgent communication with the Editorial Office.</w:t>
      </w:r>
    </w:p>
    <w:p w14:paraId="0CE600B3" w14:textId="77777777" w:rsidR="003176C7" w:rsidRPr="00AE5143" w:rsidRDefault="003176C7" w:rsidP="003176C7">
      <w:pPr>
        <w:jc w:val="both"/>
        <w:rPr>
          <w:rFonts w:cs="Times New Roman"/>
          <w:color w:val="1F497D" w:themeColor="text2"/>
          <w:sz w:val="24"/>
          <w:szCs w:val="24"/>
        </w:rPr>
      </w:pPr>
    </w:p>
    <w:p w14:paraId="476E3815" w14:textId="2D130E5A" w:rsidR="003176C7" w:rsidRPr="003176C7" w:rsidRDefault="003176C7" w:rsidP="003176C7">
      <w:pPr>
        <w:jc w:val="both"/>
        <w:rPr>
          <w:rFonts w:cs="Times New Roman"/>
          <w:color w:val="1F497D" w:themeColor="text2"/>
          <w:sz w:val="24"/>
          <w:szCs w:val="24"/>
        </w:rPr>
      </w:pPr>
      <w:r w:rsidRPr="003176C7">
        <w:rPr>
          <w:rFonts w:cs="Times New Roman"/>
          <w:color w:val="1F497D" w:themeColor="text2"/>
          <w:sz w:val="24"/>
          <w:szCs w:val="24"/>
        </w:rPr>
        <w:t xml:space="preserve">Authors are recommended to prepare the manuscript using Times New Roman, 12 pt </w:t>
      </w:r>
      <w:proofErr w:type="gramStart"/>
      <w:r w:rsidRPr="003176C7">
        <w:rPr>
          <w:rFonts w:cs="Times New Roman"/>
          <w:color w:val="1F497D" w:themeColor="text2"/>
          <w:sz w:val="24"/>
          <w:szCs w:val="24"/>
        </w:rPr>
        <w:t>font</w:t>
      </w:r>
      <w:proofErr w:type="gramEnd"/>
      <w:r w:rsidRPr="003176C7">
        <w:rPr>
          <w:rFonts w:cs="Times New Roman"/>
          <w:color w:val="1F497D" w:themeColor="text2"/>
          <w:sz w:val="24"/>
          <w:szCs w:val="24"/>
        </w:rPr>
        <w:t>.</w:t>
      </w:r>
    </w:p>
    <w:sectPr w:rsidR="003176C7" w:rsidRPr="003176C7" w:rsidSect="00034616">
      <w:footerReference w:type="default" r:id="rId8"/>
      <w:pgSz w:w="11906" w:h="16838"/>
      <w:pgMar w:top="964" w:right="1134" w:bottom="1020" w:left="1134" w:header="454" w:footer="4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CF685D" w14:textId="77777777" w:rsidR="002E608D" w:rsidRDefault="002E608D">
      <w:r>
        <w:separator/>
      </w:r>
    </w:p>
  </w:endnote>
  <w:endnote w:type="continuationSeparator" w:id="0">
    <w:p w14:paraId="19DD1031" w14:textId="77777777" w:rsidR="002E608D" w:rsidRDefault="002E60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D8DC37" w14:textId="77777777" w:rsidR="00DF671A" w:rsidRDefault="00000000">
    <w:pPr>
      <w:pStyle w:val="a7"/>
      <w:jc w:val="center"/>
    </w:pPr>
    <w:r>
      <w:rPr>
        <w:sz w:val="20"/>
      </w:rPr>
      <w:fldChar w:fldCharType="begin"/>
    </w:r>
    <w:r>
      <w:rPr>
        <w:sz w:val="20"/>
      </w:rPr>
      <w:instrText>PAGE</w:instrText>
    </w:r>
    <w:r>
      <w:rPr>
        <w:sz w:val="20"/>
      </w:rPr>
      <w:fldChar w:fldCharType="separate"/>
    </w:r>
    <w:r w:rsidR="00A43E11">
      <w:rPr>
        <w:noProof/>
        <w:sz w:val="20"/>
      </w:rPr>
      <w:t>1</w:t>
    </w:r>
    <w:r>
      <w:rPr>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296F2B" w14:textId="77777777" w:rsidR="002E608D" w:rsidRDefault="002E608D">
      <w:r>
        <w:separator/>
      </w:r>
    </w:p>
  </w:footnote>
  <w:footnote w:type="continuationSeparator" w:id="0">
    <w:p w14:paraId="24FD23B2" w14:textId="77777777" w:rsidR="002E608D" w:rsidRDefault="002E608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16cid:durableId="973294529">
    <w:abstractNumId w:val="8"/>
  </w:num>
  <w:num w:numId="2" w16cid:durableId="1640111489">
    <w:abstractNumId w:val="6"/>
  </w:num>
  <w:num w:numId="3" w16cid:durableId="532962586">
    <w:abstractNumId w:val="5"/>
  </w:num>
  <w:num w:numId="4" w16cid:durableId="852231444">
    <w:abstractNumId w:val="4"/>
  </w:num>
  <w:num w:numId="5" w16cid:durableId="74132015">
    <w:abstractNumId w:val="7"/>
  </w:num>
  <w:num w:numId="6" w16cid:durableId="1968465383">
    <w:abstractNumId w:val="3"/>
  </w:num>
  <w:num w:numId="7" w16cid:durableId="1430856700">
    <w:abstractNumId w:val="2"/>
  </w:num>
  <w:num w:numId="8" w16cid:durableId="36011493">
    <w:abstractNumId w:val="1"/>
  </w:num>
  <w:num w:numId="9" w16cid:durableId="1183815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297309"/>
    <w:rsid w:val="002E608D"/>
    <w:rsid w:val="003176C7"/>
    <w:rsid w:val="00326F90"/>
    <w:rsid w:val="006D2663"/>
    <w:rsid w:val="00704F04"/>
    <w:rsid w:val="00A43E11"/>
    <w:rsid w:val="00AA1D8D"/>
    <w:rsid w:val="00AE5143"/>
    <w:rsid w:val="00B47730"/>
    <w:rsid w:val="00CB0664"/>
    <w:rsid w:val="00D770FC"/>
    <w:rsid w:val="00DF671A"/>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9450CF1"/>
  <w14:defaultImageDpi w14:val="300"/>
  <w15:docId w15:val="{EEC07BA4-67A0-4EE4-895D-109193BC8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pPr>
      <w:spacing w:after="0" w:line="240" w:lineRule="auto"/>
    </w:pPr>
    <w:rPr>
      <w:rFonts w:ascii="Times New Roman" w:eastAsia="Times New Roman" w:hAnsi="Times New Roman"/>
    </w:rPr>
  </w:style>
  <w:style w:type="paragraph" w:styleId="1">
    <w:name w:val="heading 1"/>
    <w:basedOn w:val="a1"/>
    <w:next w:val="a1"/>
    <w:link w:val="10"/>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Заголовок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788</Words>
  <Characters>4495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5273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Yulia Idiyatova</cp:lastModifiedBy>
  <cp:revision>2</cp:revision>
  <dcterms:created xsi:type="dcterms:W3CDTF">2026-08-14T11:35:00Z</dcterms:created>
  <dcterms:modified xsi:type="dcterms:W3CDTF">2026-08-14T11:35:00Z</dcterms:modified>
  <cp:category/>
</cp:coreProperties>
</file>